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המשחק "מה תעדיפו?" –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משחק ההצבעה הכיתתי ואת סוגי המאגרים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ההגדרות השונות של המשחק (טיימר, אחוזים, דרך הצבעה)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שאלת "מה תעדיפו"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מסך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ליד כל מאגר "9 שאלות"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"הוספת שאלה"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הרמת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מאגרים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(שאלות להכרות בין תלמידים ותלמידות)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(שאלות על ערכים אישיים וחוסן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(שאלות על מדינות, יבשות וטבע)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(שאלות על מועדי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ליצירת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מאגר מוכן או מוסיפים שאלות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עורכים ומוחקים שאלות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איך להתחיל – קוד וQR או מסך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מתחילים את המשחק החי ומצביעים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עם שתי אפשרויות שמתאימות לנושא שנבחר, בלי תוכן פוגעני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שקוד וQR דורש טלפון ואינטרנט, ומסך אחד מתבצע בהרמת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9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מתוך רשימת המאגרים שמופיעה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בפועל ולתרגל יחד בחירת מאגר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לנסח שאלת "מה תעדיפו" הוגנת ולא פוגענית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עבודה בזוגות בחלק הפתוח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המשחק "מה תעדיפו?" –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"מה תעדיפו" המורה בוחרת מאגר שאלות מוכן או מוסיפה שאלות משלה, קובעת הגדרות כמו טיימר, ואז מפעילה הצבעה חיה בכיתה – דרך הטלפון או בהרמת 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קוד  ·  הרמת ידיים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שאלות יש בכל מאגר 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אפשרות מאפשרת הצבעה בלי 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קוד וQR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מסך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טיימר של דקה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מאגר מוכן יש 9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שאלות משלכם למשחק.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להתחיל משחק מהטלפון, המורה משתמשת ב__________ ובקוד QR.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באפשרות "מסך אחד" התלמידים מצביעים ב__________ והמורה סופרת.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מאגרים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שאלות על מדינות, יבשות וטבע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ערכים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שאלות על מועדי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גאוגרפיה וטבע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שאלות על ערכים אישיים וחוסן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שאלות להכרות בין תלמידים ותלמידות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ליצירת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איך להתחיל – קוד וQR או מסך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מאגר מוכן או מוסיפים שאלות משלכם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את המשחק החי ומצביעים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עורכים ומוחקים שאלות לפי הצורך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שאלה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"מה תעדיפו" משלכם לאחד מהמאגרים, עם שתי אפשרויות 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הצבעה עם קוד QR לבין הצבעה במסך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שאלות יש בכל מאגר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המשחק "מה תעדיפו?" – הצבעה חיה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