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מה תעדיפו? – הצבעה חיה בכיתה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המשחק "מה תעדיפו?" – הצבעה חיה בכיתה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מרכיבי משחק ההצבעה הכיתתי ואת סוגי המאגרים שבו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ההגדרות השונות של המשחק (טיימר, אחוזים, דרך הצבעה)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של שאלת "מה תעדיפו" בעצמנו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מסך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מערבב את סדר השאלות ברשימה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 – 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רואים רק כמה הצביעו עד שמציגים תוצאות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תלמידים שמצביעים בהרמת יד והמורה סופרת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כתוב ליד כל מאגר "9 שאלות"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יש כפתור "הוספת שאלה"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אפשר לערוך ולמחוק שאלות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מופיע ברשימת המאגרים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הטיימר הקצר ביותר הוא 10 שניות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הרמת ידיים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ניקוי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טיימר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מאגרים לנושא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(שאלות להכרות בין תלמידים ותלמידות)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(שאלות על ערכים אישיים וחוסן נפשי)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(שאלות על מדינות, יבשות וטבע)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(שאלות על מועדי ישראל)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(שאלות על תהליך הבחירות וההצבעה)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הפעולות ליצירת 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מאגר מוכן או מוסיפים שאלות משלכם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עורכים ומוחקים שאלות לפי הצורך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קובעים הגדרות – טיימר והצגת אחוזים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בוחרים איך להתחיל – קוד וQR או מסך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מתחילים את המשחק החי ומצביעים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כתיבת שאלה משלכם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שאלה ברורה עם שתי אפשרויות שמתאימות לנושא שנבחר, בלי תוכן פוגעני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שקוד וQR דורש טלפון ואינטרנט, ומסך אחד מתבצע בהרמת ידיים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הנכונה: 9 שאלות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נושא מתוך רשימת המאגרים שמופיעה בדף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הדף בפועל ולתרגל יחד בחירת מאגר לפני פתרון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לנסח שאלת "מה תעדיפו" הוגנת ולא פוגענית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לחלק עבודה בזוגות בחלק הפתוח כדי לעודד שיח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מה תעדיפו? – הצבעה חיה בכיתה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המשחק "מה תעדיפו?" – הצבעה חיה בכיתה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זה משחק הצבעה לכיתה. המורה בוחרת שאלות, קובעת זמן, והתלמידים מצביעים.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מאגר שאלות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שאלות מוכנה לנושא אחד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הצבעה חיה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הכיתה מצביעה באותו רגע על אותה שאלה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טיימר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זמן קבוע לכל שאלה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אחוזים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כמה אחוז מהכיתה בחרו בכל תשובה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קוד וQR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דרך להתחבר למשחק דרך הטלפון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מסך אחד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הצבעה בלי אינטרנט, בהרמת ידיים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ערבוב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שינוי סדר השאלות ברשימה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שאלות יש במאגר אחד?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מצביעים בלי טלפון?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קוד וQR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מסך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טיימר של דקה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מאגר חגים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עושה כפתור ערבוב?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מוחק את כל השאלות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מערבב את סדר השאלות ברשימה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מוסיף שאלה 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פותח מאגר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בחירות זמן 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קורה כשמסתירים אחוזים?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רואים רק כמה הצביעו עד שמציגים תוצאות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האחוזים נעלמים לצמיתות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המשחק נעצר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השאלות מתחלפות אוטומטית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מי מצביע במסך אחד?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תלמידים עם טלפון וקוד QR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תלמידים שמצביעים בהרמת יד והמורה סופרת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תלמידים שכותבים מאגר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תלמידים שמוחקים שאלות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מאגר מוכן יש 9 שאלות.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להוסיף שאלות משלכם למשחק.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 אפשר למחוק שאלות אחרי שבחרו אותן.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 מאגר בנושא בחירות ודמוקרטיה.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הטיימר הקצר ביותר במשחק הוא 30 שניות.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כדי להתחיל משחק מהטלפון, המורה משתמשת ב__________ ובקוד QR.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באפשרות "מסך אחד" התלמידים מצביעים ב__________ והמורה סופרת.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כפתור ה__________ מוחק את כל השאלות שנבחרו.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הגדרת ה__________ קובעת כמה זמן יש לענות על כל שאלה.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מאגרים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היכרות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שאלות על מדינות, יבשות וטבע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ערכים וחוסן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שאלות על תהליך הבחירות וההצבעה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גאוגרפיה וטבע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שאלות על ערכים אישיים וחוסן נפשי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חגים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שאלות להכרות בין תלמידים ותלמידות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בחירות ודמוקרטיה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שאלות על מועדי ישראל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הפעולות ליצירת 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עורכים ומוחקים שאלות לפי הצורך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קובעים הגדרות – טיימר והצגת אחוזים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איך להתחיל – קוד וQR או מסך אחד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מתחילים את המשחק החי ומצביעים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מאגר מוכן או מוסיפים שאלות משלכם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כתיבת שאלה משלכם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שאלת "מה תעדיפו" משלכם לאחד מהמאגרים, עם שתי אפשרויות בחירה.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הצבעה עם קוד QR לבין הצבעה במסך אחד?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שאלות יש בכל מאגר מוכן?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דוגמה אחת לנושא מאגר שאלות במשחק.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המשחק "מה תעדיפו?" – הצבעה חיה בכיתה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